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353C" w14:textId="77777777" w:rsidR="00B318B8" w:rsidRDefault="00FA4132">
      <w:pPr>
        <w:spacing w:after="0"/>
        <w:jc w:val="center"/>
      </w:pPr>
      <w:r>
        <w:rPr>
          <w:b/>
          <w:sz w:val="30"/>
        </w:rPr>
        <w:t>STANTON ST JOHN PARISH COUNCIL</w:t>
      </w:r>
    </w:p>
    <w:p w14:paraId="0ED0FF8A" w14:textId="52095915" w:rsidR="00B318B8" w:rsidRDefault="00FA4132">
      <w:pPr>
        <w:spacing w:after="20"/>
        <w:jc w:val="center"/>
      </w:pPr>
      <w:r>
        <w:rPr>
          <w:b/>
          <w:sz w:val="22"/>
        </w:rPr>
        <w:t>COMMUNITY GRANT APPLICATION FORM – 202</w:t>
      </w:r>
      <w:r w:rsidR="006A746F">
        <w:rPr>
          <w:b/>
          <w:sz w:val="22"/>
        </w:rPr>
        <w:t>7/28</w:t>
      </w:r>
    </w:p>
    <w:p w14:paraId="02E80237" w14:textId="49BA3239" w:rsidR="00B318B8" w:rsidRDefault="00FA4132">
      <w:pPr>
        <w:spacing w:after="60"/>
        <w:jc w:val="center"/>
      </w:pPr>
      <w:r>
        <w:rPr>
          <w:b/>
          <w:sz w:val="17"/>
        </w:rPr>
        <w:t xml:space="preserve">Closing date: </w:t>
      </w:r>
      <w:r w:rsidR="006A746F">
        <w:rPr>
          <w:b/>
          <w:sz w:val="17"/>
        </w:rPr>
        <w:t>30 September</w:t>
      </w:r>
      <w:r>
        <w:rPr>
          <w:b/>
          <w:sz w:val="17"/>
        </w:rPr>
        <w:t xml:space="preserve"> </w:t>
      </w:r>
      <w:proofErr w:type="gramStart"/>
      <w:r>
        <w:rPr>
          <w:b/>
          <w:sz w:val="17"/>
        </w:rPr>
        <w:t>2026  •</w:t>
      </w:r>
      <w:proofErr w:type="gramEnd"/>
      <w:r>
        <w:rPr>
          <w:b/>
          <w:sz w:val="17"/>
        </w:rPr>
        <w:t xml:space="preserve">  Applications considered: October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6"/>
      </w:tblGrid>
      <w:tr w:rsidR="00B318B8" w:rsidRPr="006A746F" w14:paraId="1CFE1ADD" w14:textId="77777777">
        <w:tc>
          <w:tcPr>
            <w:tcW w:w="10656" w:type="dxa"/>
            <w:shd w:val="clear" w:color="auto" w:fill="EAF2F8"/>
            <w:vAlign w:val="center"/>
          </w:tcPr>
          <w:p w14:paraId="19A9AA7C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Please complete all relevant sections and provide the requested </w:t>
            </w:r>
            <w:proofErr w:type="gramStart"/>
            <w:r w:rsidRPr="006A746F">
              <w:rPr>
                <w:rFonts w:ascii="Calibri" w:hAnsi="Calibri" w:cs="Calibri"/>
                <w:sz w:val="24"/>
                <w:szCs w:val="24"/>
              </w:rPr>
              <w:t>supporting</w:t>
            </w:r>
            <w:proofErr w:type="gramEnd"/>
            <w:r w:rsidRPr="006A746F">
              <w:rPr>
                <w:rFonts w:ascii="Calibri" w:hAnsi="Calibri" w:cs="Calibri"/>
                <w:sz w:val="24"/>
                <w:szCs w:val="24"/>
              </w:rPr>
              <w:t xml:space="preserve"> documents. The Council normally awards only one grant per organisation each financial year. The community benefit must be proportionate to the amount requested.</w:t>
            </w:r>
          </w:p>
        </w:tc>
      </w:tr>
    </w:tbl>
    <w:p w14:paraId="5B594329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1. ORGANISATION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B318B8" w:rsidRPr="006A746F" w14:paraId="3F3264C9" w14:textId="77777777">
        <w:tc>
          <w:tcPr>
            <w:tcW w:w="5328" w:type="dxa"/>
            <w:vAlign w:val="center"/>
          </w:tcPr>
          <w:p w14:paraId="0A72628D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Organisation name: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613B68D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Contact name and position: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__________________________________________</w:t>
            </w:r>
          </w:p>
        </w:tc>
      </w:tr>
      <w:tr w:rsidR="00B318B8" w:rsidRPr="006A746F" w14:paraId="5E42150D" w14:textId="77777777">
        <w:tc>
          <w:tcPr>
            <w:tcW w:w="5328" w:type="dxa"/>
            <w:vAlign w:val="center"/>
          </w:tcPr>
          <w:p w14:paraId="05B4DE34" w14:textId="77777777" w:rsidR="006A746F" w:rsidRDefault="00FA413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Address:</w:t>
            </w:r>
          </w:p>
          <w:p w14:paraId="0B515AF3" w14:textId="4BAB4CFA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4B1ACD48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Telephone / email: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</w:tr>
      <w:tr w:rsidR="00B318B8" w:rsidRPr="006A746F" w14:paraId="50B2CF16" w14:textId="77777777">
        <w:tc>
          <w:tcPr>
            <w:tcW w:w="5328" w:type="dxa"/>
            <w:vAlign w:val="center"/>
          </w:tcPr>
          <w:p w14:paraId="282E8205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Website (if applicable):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1B3EBBAE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Type of organisation: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</w:tr>
      <w:tr w:rsidR="00B318B8" w:rsidRPr="006A746F" w14:paraId="65BA7CC6" w14:textId="77777777">
        <w:tc>
          <w:tcPr>
            <w:tcW w:w="5328" w:type="dxa"/>
            <w:vAlign w:val="center"/>
          </w:tcPr>
          <w:p w14:paraId="76BF66C4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How long has the organisation been operating?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27D65CFF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Number of members / participants: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</w:tr>
      <w:tr w:rsidR="00B318B8" w:rsidRPr="006A746F" w14:paraId="61D03ACB" w14:textId="77777777">
        <w:tc>
          <w:tcPr>
            <w:tcW w:w="5328" w:type="dxa"/>
            <w:vAlign w:val="center"/>
          </w:tcPr>
          <w:p w14:paraId="3E51A57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Main purpose of the organisation: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5D460239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Previous Stanton St John Parish Council grant?  Yes / No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</w:tr>
    </w:tbl>
    <w:p w14:paraId="0C6C61C7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2. PROJECT / ACTIVITY</w:t>
      </w:r>
    </w:p>
    <w:p w14:paraId="34EFD594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What would the grant be used for? Please describe the project, activity or purchase.</w:t>
      </w:r>
      <w:r w:rsidRPr="006A746F">
        <w:rPr>
          <w:rFonts w:ascii="Calibri" w:hAnsi="Calibri" w:cs="Calibri"/>
          <w:sz w:val="24"/>
          <w:szCs w:val="24"/>
        </w:rPr>
        <w:br/>
        <w:t>______________________________________________________________________________________________________________________</w:t>
      </w:r>
    </w:p>
    <w:p w14:paraId="6FE150C6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When will it take place, and where?</w:t>
      </w:r>
      <w:r w:rsidRPr="006A746F">
        <w:rPr>
          <w:rFonts w:ascii="Calibri" w:hAnsi="Calibri" w:cs="Calibri"/>
          <w:sz w:val="24"/>
          <w:szCs w:val="24"/>
        </w:rPr>
        <w:br/>
      </w:r>
      <w:r w:rsidRPr="006A746F">
        <w:rPr>
          <w:rFonts w:ascii="Calibri" w:hAnsi="Calibri" w:cs="Calibri"/>
          <w:sz w:val="24"/>
          <w:szCs w:val="24"/>
        </w:rPr>
        <w:t>______________________________________________________________________________________________________________________</w:t>
      </w:r>
    </w:p>
    <w:p w14:paraId="31E4BD1B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How will it benefit Stanton St John residents? Approximately how many residents will benefit?</w:t>
      </w:r>
      <w:r w:rsidRPr="006A746F">
        <w:rPr>
          <w:rFonts w:ascii="Calibri" w:hAnsi="Calibri" w:cs="Calibri"/>
          <w:sz w:val="24"/>
          <w:szCs w:val="24"/>
        </w:rPr>
        <w:br/>
        <w:t>______________________________________________________________________________________________________________________</w:t>
      </w:r>
    </w:p>
    <w:p w14:paraId="2F379458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Why is Parish Council funding needed? Explain how the amount requested represents good value for the community.</w:t>
      </w:r>
      <w:r w:rsidRPr="006A746F">
        <w:rPr>
          <w:rFonts w:ascii="Calibri" w:hAnsi="Calibri" w:cs="Calibri"/>
          <w:sz w:val="24"/>
          <w:szCs w:val="24"/>
        </w:rPr>
        <w:br/>
      </w:r>
      <w:r w:rsidRPr="006A746F">
        <w:rPr>
          <w:rFonts w:ascii="Calibri" w:hAnsi="Calibri" w:cs="Calibri"/>
          <w:sz w:val="24"/>
          <w:szCs w:val="24"/>
        </w:rPr>
        <w:t>______________________________________________________________________________________________________________________</w:t>
      </w:r>
    </w:p>
    <w:p w14:paraId="0242BE27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3. FINANCIAL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B318B8" w:rsidRPr="006A746F" w14:paraId="19049E5F" w14:textId="77777777">
        <w:tc>
          <w:tcPr>
            <w:tcW w:w="2664" w:type="dxa"/>
            <w:shd w:val="clear" w:color="auto" w:fill="D9E2F3"/>
            <w:vAlign w:val="center"/>
          </w:tcPr>
          <w:p w14:paraId="55858AE6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Proposed expenditure</w:t>
            </w:r>
          </w:p>
        </w:tc>
        <w:tc>
          <w:tcPr>
            <w:tcW w:w="2664" w:type="dxa"/>
            <w:shd w:val="clear" w:color="auto" w:fill="D9E2F3"/>
            <w:vAlign w:val="center"/>
          </w:tcPr>
          <w:p w14:paraId="7F2E8440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Cost £</w:t>
            </w:r>
          </w:p>
        </w:tc>
        <w:tc>
          <w:tcPr>
            <w:tcW w:w="2664" w:type="dxa"/>
            <w:shd w:val="clear" w:color="auto" w:fill="D9E2F3"/>
            <w:vAlign w:val="center"/>
          </w:tcPr>
          <w:p w14:paraId="36949545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Other funding £</w:t>
            </w:r>
          </w:p>
        </w:tc>
        <w:tc>
          <w:tcPr>
            <w:tcW w:w="2664" w:type="dxa"/>
            <w:shd w:val="clear" w:color="auto" w:fill="D9E2F3"/>
            <w:vAlign w:val="center"/>
          </w:tcPr>
          <w:p w14:paraId="7D2F4204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Applicant contribution £</w:t>
            </w:r>
          </w:p>
        </w:tc>
      </w:tr>
      <w:tr w:rsidR="00B318B8" w:rsidRPr="006A746F" w14:paraId="659915E5" w14:textId="77777777">
        <w:tc>
          <w:tcPr>
            <w:tcW w:w="2664" w:type="dxa"/>
            <w:vAlign w:val="center"/>
          </w:tcPr>
          <w:p w14:paraId="613C735C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672269E2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2E44FEA9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27EA6107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B318B8" w:rsidRPr="006A746F" w14:paraId="68D2A392" w14:textId="77777777">
        <w:tc>
          <w:tcPr>
            <w:tcW w:w="2664" w:type="dxa"/>
            <w:vAlign w:val="center"/>
          </w:tcPr>
          <w:p w14:paraId="3CE9CF8D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70CC3A7F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65ED1804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53BF3149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B318B8" w:rsidRPr="006A746F" w14:paraId="651E3EED" w14:textId="77777777">
        <w:tc>
          <w:tcPr>
            <w:tcW w:w="2664" w:type="dxa"/>
            <w:vAlign w:val="center"/>
          </w:tcPr>
          <w:p w14:paraId="73DA0103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0D65BC4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12F52173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611105F4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5460E968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 xml:space="preserve">Total project cost: </w:t>
      </w:r>
      <w:proofErr w:type="gramStart"/>
      <w:r w:rsidRPr="006A746F">
        <w:rPr>
          <w:rFonts w:ascii="Calibri" w:hAnsi="Calibri" w:cs="Calibri"/>
          <w:b/>
          <w:sz w:val="24"/>
          <w:szCs w:val="24"/>
        </w:rPr>
        <w:t>£</w:t>
      </w:r>
      <w:r w:rsidRPr="006A746F">
        <w:rPr>
          <w:rFonts w:ascii="Calibri" w:hAnsi="Calibri" w:cs="Calibri"/>
          <w:sz w:val="24"/>
          <w:szCs w:val="24"/>
        </w:rPr>
        <w:t>__</w:t>
      </w:r>
      <w:proofErr w:type="gramEnd"/>
      <w:r w:rsidRPr="006A746F">
        <w:rPr>
          <w:rFonts w:ascii="Calibri" w:hAnsi="Calibri" w:cs="Calibri"/>
          <w:sz w:val="24"/>
          <w:szCs w:val="24"/>
        </w:rPr>
        <w:t xml:space="preserve">______________    </w:t>
      </w:r>
      <w:r w:rsidRPr="006A746F">
        <w:rPr>
          <w:rFonts w:ascii="Calibri" w:hAnsi="Calibri" w:cs="Calibri"/>
          <w:b/>
          <w:sz w:val="24"/>
          <w:szCs w:val="24"/>
        </w:rPr>
        <w:t>Grant requested: £</w:t>
      </w:r>
      <w:r w:rsidRPr="006A746F">
        <w:rPr>
          <w:rFonts w:ascii="Calibri" w:hAnsi="Calibri" w:cs="Calibri"/>
          <w:sz w:val="24"/>
          <w:szCs w:val="24"/>
        </w:rPr>
        <w:t>________________</w:t>
      </w:r>
    </w:p>
    <w:p w14:paraId="24E7166C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 xml:space="preserve">Other grants/funding applied for or received: </w:t>
      </w:r>
      <w:r w:rsidRPr="006A746F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5053E654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4. SUPPORTING DOCUMENTS – PLEASE ATTACH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B318B8" w:rsidRPr="006A746F" w14:paraId="24BC4E5D" w14:textId="77777777">
        <w:tc>
          <w:tcPr>
            <w:tcW w:w="5328" w:type="dxa"/>
            <w:vAlign w:val="center"/>
          </w:tcPr>
          <w:p w14:paraId="3DB80E17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Latest set of annual accounts / financial statement</w:t>
            </w:r>
          </w:p>
        </w:tc>
        <w:tc>
          <w:tcPr>
            <w:tcW w:w="5328" w:type="dxa"/>
            <w:vAlign w:val="center"/>
          </w:tcPr>
          <w:p w14:paraId="59015F92" w14:textId="5D6AB348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Constitution or governing </w:t>
            </w:r>
            <w:r w:rsidR="006A746F" w:rsidRPr="006A746F">
              <w:rPr>
                <w:rFonts w:ascii="Calibri" w:hAnsi="Calibri" w:cs="Calibri"/>
                <w:sz w:val="24"/>
                <w:szCs w:val="24"/>
              </w:rPr>
              <w:t>documents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(if the </w:t>
            </w:r>
            <w:proofErr w:type="spellStart"/>
            <w:r w:rsidRPr="006A746F"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 w:rsidRPr="006A746F">
              <w:rPr>
                <w:rFonts w:ascii="Calibri" w:hAnsi="Calibri" w:cs="Calibri"/>
                <w:sz w:val="24"/>
                <w:szCs w:val="24"/>
              </w:rPr>
              <w:t xml:space="preserve"> has one)</w:t>
            </w:r>
          </w:p>
        </w:tc>
      </w:tr>
      <w:tr w:rsidR="00B318B8" w:rsidRPr="006A746F" w14:paraId="003A259C" w14:textId="77777777">
        <w:tc>
          <w:tcPr>
            <w:tcW w:w="5328" w:type="dxa"/>
            <w:vAlign w:val="center"/>
          </w:tcPr>
          <w:p w14:paraId="671715F5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Project quotation, budget or other supporting information (where applicable)</w:t>
            </w:r>
          </w:p>
        </w:tc>
        <w:tc>
          <w:tcPr>
            <w:tcW w:w="5328" w:type="dxa"/>
            <w:vAlign w:val="center"/>
          </w:tcPr>
          <w:p w14:paraId="7BB23F7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Details of other funding / grants (where applicable)</w:t>
            </w:r>
          </w:p>
        </w:tc>
      </w:tr>
      <w:tr w:rsidR="00B318B8" w:rsidRPr="006A746F" w14:paraId="6C361395" w14:textId="77777777">
        <w:tc>
          <w:tcPr>
            <w:tcW w:w="5328" w:type="dxa"/>
            <w:vAlign w:val="center"/>
          </w:tcPr>
          <w:p w14:paraId="51C16F91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Evidence of charitable / not-for-profit status (if applicable)</w:t>
            </w:r>
          </w:p>
        </w:tc>
        <w:tc>
          <w:tcPr>
            <w:tcW w:w="5328" w:type="dxa"/>
            <w:vAlign w:val="center"/>
          </w:tcPr>
          <w:p w14:paraId="04E1F9B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Other relevant supporting information (optional)</w:t>
            </w:r>
          </w:p>
        </w:tc>
      </w:tr>
    </w:tbl>
    <w:p w14:paraId="719A321D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5. DECLARATION</w:t>
      </w:r>
    </w:p>
    <w:p w14:paraId="43816D75" w14:textId="77777777" w:rsidR="00B318B8" w:rsidRPr="006A746F" w:rsidRDefault="00FA4132">
      <w:pPr>
        <w:spacing w:after="4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sz w:val="24"/>
          <w:szCs w:val="24"/>
        </w:rPr>
        <w:t xml:space="preserve">I confirm that the information provided is accurate and complete. I understand that </w:t>
      </w:r>
      <w:proofErr w:type="gramStart"/>
      <w:r w:rsidRPr="006A746F">
        <w:rPr>
          <w:rFonts w:ascii="Calibri" w:hAnsi="Calibri" w:cs="Calibri"/>
          <w:sz w:val="24"/>
          <w:szCs w:val="24"/>
        </w:rPr>
        <w:t>submitting an application</w:t>
      </w:r>
      <w:proofErr w:type="gramEnd"/>
      <w:r w:rsidRPr="006A746F">
        <w:rPr>
          <w:rFonts w:ascii="Calibri" w:hAnsi="Calibri" w:cs="Calibri"/>
          <w:sz w:val="24"/>
          <w:szCs w:val="24"/>
        </w:rPr>
        <w:t xml:space="preserve"> does not guarantee that a grant will be awarded and that the Council may award less than the amount requested. I confirm that any grant awarded will be used only for the purpose stated in this application. I understand that details of grants awarded may be published in accordance with the Council’s transparency requirements.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B318B8" w:rsidRPr="006A746F" w14:paraId="06E967EC" w14:textId="77777777">
        <w:tc>
          <w:tcPr>
            <w:tcW w:w="2664" w:type="dxa"/>
            <w:vAlign w:val="center"/>
          </w:tcPr>
          <w:p w14:paraId="57510322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Name:</w:t>
            </w:r>
          </w:p>
        </w:tc>
        <w:tc>
          <w:tcPr>
            <w:tcW w:w="2664" w:type="dxa"/>
            <w:vAlign w:val="center"/>
          </w:tcPr>
          <w:p w14:paraId="59F22330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Position:</w:t>
            </w:r>
          </w:p>
        </w:tc>
        <w:tc>
          <w:tcPr>
            <w:tcW w:w="2664" w:type="dxa"/>
            <w:vAlign w:val="center"/>
          </w:tcPr>
          <w:p w14:paraId="393CE199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Signature:</w:t>
            </w:r>
          </w:p>
        </w:tc>
        <w:tc>
          <w:tcPr>
            <w:tcW w:w="2664" w:type="dxa"/>
            <w:vAlign w:val="center"/>
          </w:tcPr>
          <w:p w14:paraId="6FA77967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Date:</w:t>
            </w:r>
          </w:p>
        </w:tc>
      </w:tr>
      <w:tr w:rsidR="00B318B8" w:rsidRPr="006A746F" w14:paraId="64993774" w14:textId="77777777">
        <w:tc>
          <w:tcPr>
            <w:tcW w:w="2664" w:type="dxa"/>
            <w:vAlign w:val="center"/>
          </w:tcPr>
          <w:p w14:paraId="434473D1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  <w:tc>
          <w:tcPr>
            <w:tcW w:w="2664" w:type="dxa"/>
            <w:vAlign w:val="center"/>
          </w:tcPr>
          <w:p w14:paraId="341C03C6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  <w:tc>
          <w:tcPr>
            <w:tcW w:w="2664" w:type="dxa"/>
            <w:vAlign w:val="center"/>
          </w:tcPr>
          <w:p w14:paraId="31C99D85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  <w:tc>
          <w:tcPr>
            <w:tcW w:w="2664" w:type="dxa"/>
            <w:vAlign w:val="center"/>
          </w:tcPr>
          <w:p w14:paraId="1EACC1F3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</w:tbl>
    <w:p w14:paraId="64F15579" w14:textId="142C7462" w:rsidR="00B318B8" w:rsidRDefault="00FA4132">
      <w:pPr>
        <w:spacing w:before="40" w:after="0"/>
        <w:jc w:val="center"/>
        <w:rPr>
          <w:rFonts w:ascii="Calibri" w:hAnsi="Calibri" w:cs="Calibri"/>
          <w:b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Please return the completed form and supporting documents to the Clerk by 3</w:t>
      </w:r>
      <w:r w:rsidR="006A746F">
        <w:rPr>
          <w:rFonts w:ascii="Calibri" w:hAnsi="Calibri" w:cs="Calibri"/>
          <w:b/>
          <w:sz w:val="24"/>
          <w:szCs w:val="24"/>
        </w:rPr>
        <w:t>0 September 2026</w:t>
      </w:r>
      <w:r w:rsidRPr="006A746F">
        <w:rPr>
          <w:rFonts w:ascii="Calibri" w:hAnsi="Calibri" w:cs="Calibri"/>
          <w:b/>
          <w:sz w:val="24"/>
          <w:szCs w:val="24"/>
        </w:rPr>
        <w:t>.</w:t>
      </w:r>
    </w:p>
    <w:p w14:paraId="19DC7C9B" w14:textId="71B1915F" w:rsidR="006A746F" w:rsidRPr="006A746F" w:rsidRDefault="006A746F" w:rsidP="006A746F">
      <w:pPr>
        <w:spacing w:before="40" w:after="0"/>
        <w:rPr>
          <w:rFonts w:ascii="Calibri" w:hAnsi="Calibri" w:cs="Calibri"/>
          <w:sz w:val="24"/>
          <w:szCs w:val="24"/>
        </w:rPr>
      </w:pPr>
      <w:hyperlink r:id="rId6" w:history="1">
        <w:r w:rsidRPr="008C17D6">
          <w:rPr>
            <w:rStyle w:val="Hyperlink"/>
            <w:rFonts w:ascii="Calibri" w:hAnsi="Calibri" w:cs="Calibri"/>
            <w:b/>
            <w:sz w:val="24"/>
            <w:szCs w:val="24"/>
          </w:rPr>
          <w:t>Clerk@stantonstjohnparishcouncil.gov.uk</w:t>
        </w:r>
      </w:hyperlink>
      <w:r>
        <w:rPr>
          <w:rFonts w:ascii="Calibri" w:hAnsi="Calibri" w:cs="Calibri"/>
          <w:b/>
          <w:sz w:val="24"/>
          <w:szCs w:val="24"/>
        </w:rPr>
        <w:t xml:space="preserve"> </w:t>
      </w:r>
    </w:p>
    <w:sectPr w:rsidR="006A746F" w:rsidRPr="006A746F" w:rsidSect="00034616"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5758563">
    <w:abstractNumId w:val="8"/>
  </w:num>
  <w:num w:numId="2" w16cid:durableId="468982543">
    <w:abstractNumId w:val="6"/>
  </w:num>
  <w:num w:numId="3" w16cid:durableId="911503071">
    <w:abstractNumId w:val="5"/>
  </w:num>
  <w:num w:numId="4" w16cid:durableId="1487748671">
    <w:abstractNumId w:val="4"/>
  </w:num>
  <w:num w:numId="5" w16cid:durableId="254754140">
    <w:abstractNumId w:val="7"/>
  </w:num>
  <w:num w:numId="6" w16cid:durableId="1153839945">
    <w:abstractNumId w:val="3"/>
  </w:num>
  <w:num w:numId="7" w16cid:durableId="916524392">
    <w:abstractNumId w:val="2"/>
  </w:num>
  <w:num w:numId="8" w16cid:durableId="1527789298">
    <w:abstractNumId w:val="1"/>
  </w:num>
  <w:num w:numId="9" w16cid:durableId="1113750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0921"/>
    <w:rsid w:val="0029639D"/>
    <w:rsid w:val="00326F90"/>
    <w:rsid w:val="006A746F"/>
    <w:rsid w:val="00AA1D8D"/>
    <w:rsid w:val="00B318B8"/>
    <w:rsid w:val="00B47730"/>
    <w:rsid w:val="00CB0664"/>
    <w:rsid w:val="00FA41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B83F83"/>
  <w14:defaultImageDpi w14:val="300"/>
  <w15:docId w15:val="{1453F617-AB82-4556-8DC8-2BD3E20A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A74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7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stantonstjohnparishcouncil.gov.uk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24859B7D63E46874B4BA7DB966C4F" ma:contentTypeVersion="11" ma:contentTypeDescription="Create a new document." ma:contentTypeScope="" ma:versionID="e9ac4d061fd61b06c358e31a307dd5e3">
  <xsd:schema xmlns:xsd="http://www.w3.org/2001/XMLSchema" xmlns:xs="http://www.w3.org/2001/XMLSchema" xmlns:p="http://schemas.microsoft.com/office/2006/metadata/properties" xmlns:ns2="24c13ff6-476a-4268-ba58-9168f8ecd222" xmlns:ns3="1d27aca2-012b-402a-bdf7-8b4387e5c834" targetNamespace="http://schemas.microsoft.com/office/2006/metadata/properties" ma:root="true" ma:fieldsID="f58b02e63f263b445867f03c59c32717" ns2:_="" ns3:_="">
    <xsd:import namespace="24c13ff6-476a-4268-ba58-9168f8ecd222"/>
    <xsd:import namespace="1d27aca2-012b-402a-bdf7-8b4387e5c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13ff6-476a-4268-ba58-9168f8ecd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30a515b-fae6-4d44-98d2-b0b2cac5f3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7aca2-012b-402a-bdf7-8b4387e5c83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e93c94e-495a-4948-a5c9-cad82b8afbb5}" ma:internalName="TaxCatchAll" ma:showField="CatchAllData" ma:web="1d27aca2-012b-402a-bdf7-8b4387e5c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c13ff6-476a-4268-ba58-9168f8ecd222">
      <Terms xmlns="http://schemas.microsoft.com/office/infopath/2007/PartnerControls"/>
    </lcf76f155ced4ddcb4097134ff3c332f>
    <TaxCatchAll xmlns="1d27aca2-012b-402a-bdf7-8b4387e5c83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DCF570-A55C-4E65-9DB9-91DEDCF0F583}"/>
</file>

<file path=customXml/itemProps3.xml><?xml version="1.0" encoding="utf-8"?>
<ds:datastoreItem xmlns:ds="http://schemas.openxmlformats.org/officeDocument/2006/customXml" ds:itemID="{1AD8DA50-E3B2-48D4-A90A-1F7FD6612DB9}"/>
</file>

<file path=customXml/itemProps4.xml><?xml version="1.0" encoding="utf-8"?>
<ds:datastoreItem xmlns:ds="http://schemas.openxmlformats.org/officeDocument/2006/customXml" ds:itemID="{25332922-539F-4E40-AB73-39D92562A5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Stanton St John Parish Council</cp:lastModifiedBy>
  <cp:revision>2</cp:revision>
  <dcterms:created xsi:type="dcterms:W3CDTF">2026-09-19T17:23:00Z</dcterms:created>
  <dcterms:modified xsi:type="dcterms:W3CDTF">2026-09-19T17:23:00Z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0x01010017C24859B7D63E46874B4BA7DB966C4F</vt:lpwstr>
  </property>
</Properties>
</file>